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F0F" w:rsidRPr="000A477C" w:rsidRDefault="004C0B51" w:rsidP="000A477C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lang w:val="ru-RU"/>
        </w:rPr>
      </w:pPr>
      <w:r w:rsidRPr="000A477C">
        <w:rPr>
          <w:rFonts w:ascii="Times New Roman" w:hAnsi="Times New Roman" w:cs="Times New Roman"/>
          <w:color w:val="auto"/>
          <w:lang w:val="ru-RU"/>
        </w:rPr>
        <w:t>Ответ на перечень вопросов в рамках контрольного мероприятия</w:t>
      </w:r>
    </w:p>
    <w:p w:rsidR="00386F0F" w:rsidRPr="000A477C" w:rsidRDefault="004C0B51" w:rsidP="000A4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b/>
          <w:sz w:val="28"/>
          <w:szCs w:val="28"/>
          <w:lang w:val="ru-RU"/>
        </w:rPr>
        <w:t>по вопросу «</w:t>
      </w:r>
      <w:proofErr w:type="gramStart"/>
      <w:r w:rsidRPr="000A477C">
        <w:rPr>
          <w:rFonts w:ascii="Times New Roman" w:hAnsi="Times New Roman" w:cs="Times New Roman"/>
          <w:b/>
          <w:sz w:val="28"/>
          <w:szCs w:val="28"/>
          <w:lang w:val="ru-RU"/>
        </w:rPr>
        <w:t>Контроль за</w:t>
      </w:r>
      <w:proofErr w:type="gramEnd"/>
      <w:r w:rsidRPr="000A477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соблюдением качественного оказания государственных услуг»</w:t>
      </w:r>
    </w:p>
    <w:p w:rsidR="00386F0F" w:rsidRPr="000A477C" w:rsidRDefault="000A477C" w:rsidP="000A4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0A477C">
        <w:rPr>
          <w:rFonts w:ascii="Times New Roman" w:hAnsi="Times New Roman" w:cs="Times New Roman"/>
          <w:b/>
          <w:sz w:val="28"/>
          <w:szCs w:val="28"/>
          <w:lang w:val="ru-RU"/>
        </w:rPr>
        <w:t>КГКП</w:t>
      </w:r>
      <w:proofErr w:type="spellEnd"/>
      <w:r w:rsidRPr="000A477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proofErr w:type="gramStart"/>
      <w:r w:rsidR="004C0B51" w:rsidRPr="000A477C">
        <w:rPr>
          <w:rFonts w:ascii="Times New Roman" w:hAnsi="Times New Roman" w:cs="Times New Roman"/>
          <w:b/>
          <w:sz w:val="28"/>
          <w:szCs w:val="28"/>
          <w:lang w:val="ru-RU"/>
        </w:rPr>
        <w:t>Ясли-сад</w:t>
      </w:r>
      <w:proofErr w:type="gramEnd"/>
      <w:r w:rsidR="004C0B51" w:rsidRPr="000A477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№5" отдела образования города Рудного</w:t>
      </w:r>
      <w:r w:rsidRPr="000A477C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</w:t>
      </w:r>
      <w:r w:rsidR="004C0B51" w:rsidRPr="000A477C">
        <w:rPr>
          <w:rFonts w:ascii="Times New Roman" w:hAnsi="Times New Roman" w:cs="Times New Roman"/>
          <w:b/>
          <w:sz w:val="28"/>
          <w:szCs w:val="28"/>
          <w:lang w:val="ru-RU"/>
        </w:rPr>
        <w:t>Управления образован</w:t>
      </w:r>
      <w:r w:rsidRPr="000A477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ия </w:t>
      </w:r>
      <w:proofErr w:type="spellStart"/>
      <w:r w:rsidRPr="000A477C">
        <w:rPr>
          <w:rFonts w:ascii="Times New Roman" w:hAnsi="Times New Roman" w:cs="Times New Roman"/>
          <w:b/>
          <w:sz w:val="28"/>
          <w:szCs w:val="28"/>
          <w:lang w:val="ru-RU"/>
        </w:rPr>
        <w:t>акимата</w:t>
      </w:r>
      <w:proofErr w:type="spellEnd"/>
      <w:r w:rsidRPr="000A477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A477C">
        <w:rPr>
          <w:rFonts w:ascii="Times New Roman" w:hAnsi="Times New Roman" w:cs="Times New Roman"/>
          <w:b/>
          <w:sz w:val="28"/>
          <w:szCs w:val="28"/>
          <w:lang w:val="ru-RU"/>
        </w:rPr>
        <w:t>Костанайской</w:t>
      </w:r>
      <w:proofErr w:type="spellEnd"/>
      <w:r w:rsidRPr="000A477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области</w:t>
      </w:r>
    </w:p>
    <w:p w:rsidR="000A477C" w:rsidRDefault="000A477C" w:rsidP="000A4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A477C" w:rsidRPr="000A477C" w:rsidRDefault="000A477C" w:rsidP="000A4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Ответственный: Пирон Наталья </w:t>
      </w:r>
      <w:proofErr w:type="spellStart"/>
      <w:r w:rsidRPr="000A477C">
        <w:rPr>
          <w:rFonts w:ascii="Times New Roman" w:hAnsi="Times New Roman" w:cs="Times New Roman"/>
          <w:sz w:val="28"/>
          <w:szCs w:val="28"/>
          <w:lang w:val="ru-RU"/>
        </w:rPr>
        <w:t>Октябревна</w:t>
      </w:r>
      <w:proofErr w:type="spellEnd"/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>Дата: 04.06.2025 года</w:t>
      </w:r>
    </w:p>
    <w:p w:rsidR="00386F0F" w:rsidRPr="000A477C" w:rsidRDefault="000A477C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C0B51"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1. Ответственное лицо за оказание государственных услуг: Пирон Наталья </w:t>
      </w:r>
      <w:proofErr w:type="spellStart"/>
      <w:r w:rsidR="004C0B51" w:rsidRPr="000A477C">
        <w:rPr>
          <w:rFonts w:ascii="Times New Roman" w:hAnsi="Times New Roman" w:cs="Times New Roman"/>
          <w:sz w:val="28"/>
          <w:szCs w:val="28"/>
          <w:lang w:val="ru-RU"/>
        </w:rPr>
        <w:t>Октябревна</w:t>
      </w:r>
      <w:proofErr w:type="spellEnd"/>
      <w:r w:rsidR="004C0B51"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 (согласно должностной инструкции).</w:t>
      </w:r>
    </w:p>
    <w:p w:rsidR="00386F0F" w:rsidRPr="00110471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2. Информация о порядке оказания государственных услуг актуализируется своевременно на </w:t>
      </w:r>
      <w:proofErr w:type="spellStart"/>
      <w:r w:rsidRPr="000A477C">
        <w:rPr>
          <w:rFonts w:ascii="Times New Roman" w:hAnsi="Times New Roman" w:cs="Times New Roman"/>
          <w:sz w:val="28"/>
          <w:szCs w:val="28"/>
          <w:lang w:val="ru-RU"/>
        </w:rPr>
        <w:t>интернет-ресурсе</w:t>
      </w:r>
      <w:proofErr w:type="spellEnd"/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 учреждения:</w:t>
      </w:r>
      <w:r w:rsidR="000A47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9" w:history="1"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</w:rPr>
          <w:t>https</w:t>
        </w:r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</w:rPr>
          <w:t>sad</w:t>
        </w:r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  <w:lang w:val="ru-RU"/>
          </w:rPr>
          <w:t>5-</w:t>
        </w:r>
        <w:proofErr w:type="spellStart"/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</w:rPr>
          <w:t>rud</w:t>
        </w:r>
        <w:proofErr w:type="spellEnd"/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</w:rPr>
          <w:t>edu</w:t>
        </w:r>
        <w:proofErr w:type="spellEnd"/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</w:rPr>
          <w:t>kz</w:t>
        </w:r>
        <w:proofErr w:type="spellEnd"/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  <w:lang w:val="ru-RU"/>
          </w:rPr>
          <w:t>/232131.</w:t>
        </w:r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</w:rPr>
          <w:t>html</w:t>
        </w:r>
      </w:hyperlink>
      <w:r w:rsid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>3. Информирование по запросу о стадии исполнения государственной услуги, а также предоставление полной и достоверной информации осуществляется через информационные стенды учреждения и при личн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>ом обращении (фото прилагается).</w:t>
      </w: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="001A747F">
        <w:rPr>
          <w:rFonts w:ascii="Times New Roman" w:hAnsi="Times New Roman" w:cs="Times New Roman"/>
          <w:sz w:val="28"/>
          <w:szCs w:val="28"/>
          <w:lang w:val="ru-RU"/>
        </w:rPr>
        <w:t xml:space="preserve">Курсы о повышения квалификации по предоставлению государственных услуг 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 xml:space="preserve">в 2024 году </w:t>
      </w:r>
      <w:r w:rsidR="001A747F">
        <w:rPr>
          <w:rFonts w:ascii="Times New Roman" w:hAnsi="Times New Roman" w:cs="Times New Roman"/>
          <w:sz w:val="28"/>
          <w:szCs w:val="28"/>
          <w:lang w:val="ru-RU"/>
        </w:rPr>
        <w:t>не проходили</w:t>
      </w:r>
      <w:r w:rsidRPr="000A477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>5. Перечень необходимых документов и образцы форм для заполнения размещены на информационном</w:t>
      </w:r>
      <w:r w:rsidR="001A747F">
        <w:rPr>
          <w:rFonts w:ascii="Times New Roman" w:hAnsi="Times New Roman" w:cs="Times New Roman"/>
          <w:sz w:val="28"/>
          <w:szCs w:val="28"/>
          <w:lang w:val="ru-RU"/>
        </w:rPr>
        <w:t xml:space="preserve"> стенде учреждения 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 xml:space="preserve">и у ответственных за оказание государственных услуг </w:t>
      </w:r>
      <w:r w:rsidR="001A747F">
        <w:rPr>
          <w:rFonts w:ascii="Times New Roman" w:hAnsi="Times New Roman" w:cs="Times New Roman"/>
          <w:sz w:val="28"/>
          <w:szCs w:val="28"/>
          <w:lang w:val="ru-RU"/>
        </w:rPr>
        <w:t>(фото прилагается).</w:t>
      </w:r>
    </w:p>
    <w:p w:rsidR="00B157B2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>6. Истребование оплаты при оказании государственных услуг, предо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>ставляемых на бесплатной основе – нет.</w:t>
      </w:r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7. 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0A477C">
        <w:rPr>
          <w:rFonts w:ascii="Times New Roman" w:hAnsi="Times New Roman" w:cs="Times New Roman"/>
          <w:sz w:val="28"/>
          <w:szCs w:val="28"/>
          <w:lang w:val="ru-RU"/>
        </w:rPr>
        <w:t>окументы, которые могут быть получены из информационных систем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 xml:space="preserve"> – не </w:t>
      </w:r>
      <w:proofErr w:type="spellStart"/>
      <w:r w:rsidR="00B157B2">
        <w:rPr>
          <w:rFonts w:ascii="Times New Roman" w:hAnsi="Times New Roman" w:cs="Times New Roman"/>
          <w:sz w:val="28"/>
          <w:szCs w:val="28"/>
          <w:lang w:val="ru-RU"/>
        </w:rPr>
        <w:t>истребуются</w:t>
      </w:r>
      <w:proofErr w:type="spellEnd"/>
      <w:r w:rsidRPr="000A477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8. Избыточные документы от </w:t>
      </w:r>
      <w:proofErr w:type="spellStart"/>
      <w:r w:rsidRPr="000A477C">
        <w:rPr>
          <w:rFonts w:ascii="Times New Roman" w:hAnsi="Times New Roman" w:cs="Times New Roman"/>
          <w:sz w:val="28"/>
          <w:szCs w:val="28"/>
          <w:lang w:val="ru-RU"/>
        </w:rPr>
        <w:t>услуго</w:t>
      </w:r>
      <w:proofErr w:type="spellEnd"/>
      <w:r w:rsidR="00B157B2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получателей 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gramStart"/>
      <w:r w:rsidR="00B157B2">
        <w:rPr>
          <w:rFonts w:ascii="Times New Roman" w:hAnsi="Times New Roman" w:cs="Times New Roman"/>
          <w:sz w:val="28"/>
          <w:szCs w:val="28"/>
          <w:lang w:val="ru-RU"/>
        </w:rPr>
        <w:t>ясли-саду</w:t>
      </w:r>
      <w:proofErr w:type="gramEnd"/>
      <w:r w:rsidR="00B157B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0A477C">
        <w:rPr>
          <w:rFonts w:ascii="Times New Roman" w:hAnsi="Times New Roman" w:cs="Times New Roman"/>
          <w:sz w:val="28"/>
          <w:szCs w:val="28"/>
          <w:lang w:val="ru-RU"/>
        </w:rPr>
        <w:t>не запрашиваются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>, замечании нет</w:t>
      </w:r>
      <w:r w:rsidRPr="000A477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9. 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 xml:space="preserve">В течение 2024 года в ясли-саду оказание государственных услуг </w:t>
      </w:r>
      <w:r w:rsidRPr="000A477C">
        <w:rPr>
          <w:rFonts w:ascii="Times New Roman" w:hAnsi="Times New Roman" w:cs="Times New Roman"/>
          <w:sz w:val="28"/>
          <w:szCs w:val="28"/>
          <w:lang w:val="ru-RU"/>
        </w:rPr>
        <w:t>при неполном пакет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>е документов не осуществляется</w:t>
      </w:r>
      <w:proofErr w:type="gramStart"/>
      <w:r w:rsidR="00B157B2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B157B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gramStart"/>
      <w:r w:rsidRPr="000A477C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соответствии с требованиями нормативных актов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0A477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10. 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B157B2"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рафик работы </w:t>
      </w:r>
      <w:proofErr w:type="gramStart"/>
      <w:r w:rsidR="00B157B2">
        <w:rPr>
          <w:rFonts w:ascii="Times New Roman" w:hAnsi="Times New Roman" w:cs="Times New Roman"/>
          <w:sz w:val="28"/>
          <w:szCs w:val="28"/>
          <w:lang w:val="ru-RU"/>
        </w:rPr>
        <w:t>ясли-сада</w:t>
      </w:r>
      <w:proofErr w:type="gramEnd"/>
      <w:r w:rsidR="00B157B2"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 установленный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 xml:space="preserve"> правилами  с</w:t>
      </w:r>
      <w:r w:rsidRPr="000A477C">
        <w:rPr>
          <w:rFonts w:ascii="Times New Roman" w:hAnsi="Times New Roman" w:cs="Times New Roman"/>
          <w:sz w:val="28"/>
          <w:szCs w:val="28"/>
          <w:lang w:val="ru-RU"/>
        </w:rPr>
        <w:t>облюдается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 xml:space="preserve"> полностью</w:t>
      </w:r>
      <w:r w:rsidRPr="000A477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6F0F" w:rsidRPr="000A477C" w:rsidRDefault="004C0B51" w:rsidP="00B157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>11.</w:t>
      </w:r>
      <w:r w:rsidR="00B157B2" w:rsidRPr="00B157B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B157B2" w:rsidRPr="00B157B2">
        <w:rPr>
          <w:rFonts w:ascii="Times New Roman" w:hAnsi="Times New Roman" w:cs="Times New Roman"/>
          <w:sz w:val="28"/>
          <w:szCs w:val="28"/>
          <w:lang w:val="ru-RU"/>
        </w:rPr>
        <w:t>КГКП</w:t>
      </w:r>
      <w:proofErr w:type="spellEnd"/>
      <w:r w:rsidR="00B157B2" w:rsidRPr="00B157B2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>Ясли-сад №5»</w:t>
      </w:r>
      <w:r w:rsidR="00B157B2" w:rsidRPr="00B157B2">
        <w:rPr>
          <w:rFonts w:ascii="Times New Roman" w:hAnsi="Times New Roman" w:cs="Times New Roman"/>
          <w:sz w:val="28"/>
          <w:szCs w:val="28"/>
          <w:lang w:val="ru-RU"/>
        </w:rPr>
        <w:t xml:space="preserve"> отдела образования города Рудного» Управления образования </w:t>
      </w:r>
      <w:proofErr w:type="spellStart"/>
      <w:r w:rsidR="00B157B2" w:rsidRPr="00B157B2">
        <w:rPr>
          <w:rFonts w:ascii="Times New Roman" w:hAnsi="Times New Roman" w:cs="Times New Roman"/>
          <w:sz w:val="28"/>
          <w:szCs w:val="28"/>
          <w:lang w:val="ru-RU"/>
        </w:rPr>
        <w:t>акимата</w:t>
      </w:r>
      <w:proofErr w:type="spellEnd"/>
      <w:r w:rsidR="00B157B2" w:rsidRPr="00B157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157B2" w:rsidRPr="00B157B2">
        <w:rPr>
          <w:rFonts w:ascii="Times New Roman" w:hAnsi="Times New Roman" w:cs="Times New Roman"/>
          <w:sz w:val="28"/>
          <w:szCs w:val="28"/>
          <w:lang w:val="ru-RU"/>
        </w:rPr>
        <w:t>Костанайской</w:t>
      </w:r>
      <w:proofErr w:type="spellEnd"/>
      <w:r w:rsidR="00B157B2" w:rsidRPr="00B157B2">
        <w:rPr>
          <w:rFonts w:ascii="Times New Roman" w:hAnsi="Times New Roman" w:cs="Times New Roman"/>
          <w:sz w:val="28"/>
          <w:szCs w:val="28"/>
          <w:lang w:val="ru-RU"/>
        </w:rPr>
        <w:t xml:space="preserve"> области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 xml:space="preserve"> неукоснительно соблюдае</w:t>
      </w:r>
      <w:r w:rsidRPr="000A477C">
        <w:rPr>
          <w:rFonts w:ascii="Times New Roman" w:hAnsi="Times New Roman" w:cs="Times New Roman"/>
          <w:sz w:val="28"/>
          <w:szCs w:val="28"/>
          <w:lang w:val="ru-RU"/>
        </w:rPr>
        <w:t>т порядок оказания государственных услуг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 xml:space="preserve"> в течени</w:t>
      </w:r>
      <w:proofErr w:type="gramStart"/>
      <w:r w:rsidR="00B157B2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="00B157B2">
        <w:rPr>
          <w:rFonts w:ascii="Times New Roman" w:hAnsi="Times New Roman" w:cs="Times New Roman"/>
          <w:sz w:val="28"/>
          <w:szCs w:val="28"/>
          <w:lang w:val="ru-RU"/>
        </w:rPr>
        <w:t xml:space="preserve"> всего 2024 года</w:t>
      </w:r>
      <w:r w:rsidRPr="000A477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>12. Обоснованный отказ в оказании государственной услуги оформляется в установленном порядке.</w:t>
      </w: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>13. Сроки оказания государственных услуг соблюдаются.</w:t>
      </w: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>14. Информирование об итогах рассмотрения жалоб осуществляется своевременно, с указанием мер, принятых по результатам.</w:t>
      </w:r>
    </w:p>
    <w:p w:rsidR="00110471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15. Ежегодный </w:t>
      </w:r>
      <w:proofErr w:type="spellStart"/>
      <w:r w:rsidRPr="000A477C">
        <w:rPr>
          <w:rFonts w:ascii="Times New Roman" w:hAnsi="Times New Roman" w:cs="Times New Roman"/>
          <w:sz w:val="28"/>
          <w:szCs w:val="28"/>
          <w:lang w:val="ru-RU"/>
        </w:rPr>
        <w:t>отчет</w:t>
      </w:r>
      <w:proofErr w:type="spellEnd"/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 о деятельности по оказанию</w:t>
      </w:r>
      <w:r w:rsidR="00B157B2">
        <w:rPr>
          <w:rFonts w:ascii="Times New Roman" w:hAnsi="Times New Roman" w:cs="Times New Roman"/>
          <w:sz w:val="28"/>
          <w:szCs w:val="28"/>
          <w:lang w:val="ru-RU"/>
        </w:rPr>
        <w:t xml:space="preserve"> государственных услуг размещается на </w:t>
      </w:r>
      <w:proofErr w:type="spellStart"/>
      <w:r w:rsidR="00B157B2">
        <w:rPr>
          <w:rFonts w:ascii="Times New Roman" w:hAnsi="Times New Roman" w:cs="Times New Roman"/>
          <w:sz w:val="28"/>
          <w:szCs w:val="28"/>
          <w:lang w:val="ru-RU"/>
        </w:rPr>
        <w:t>интернет-ресурсе</w:t>
      </w:r>
      <w:proofErr w:type="spellEnd"/>
      <w:r w:rsidR="00B157B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gramStart"/>
      <w:r w:rsidR="00B157B2">
        <w:rPr>
          <w:rFonts w:ascii="Times New Roman" w:hAnsi="Times New Roman" w:cs="Times New Roman"/>
          <w:sz w:val="28"/>
          <w:szCs w:val="28"/>
          <w:lang w:val="ru-RU"/>
        </w:rPr>
        <w:t>ясли-сада</w:t>
      </w:r>
      <w:proofErr w:type="gramEnd"/>
      <w:r w:rsidR="00B157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 по ссылке: </w:t>
      </w:r>
      <w:hyperlink r:id="rId10" w:history="1"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</w:rPr>
          <w:t>https</w:t>
        </w:r>
        <w:r w:rsidR="00110471" w:rsidRPr="00110471">
          <w:rPr>
            <w:rStyle w:val="aff8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</w:rPr>
          <w:t>sad</w:t>
        </w:r>
        <w:r w:rsidR="00110471" w:rsidRPr="00110471">
          <w:rPr>
            <w:rStyle w:val="aff8"/>
            <w:rFonts w:ascii="Times New Roman" w:hAnsi="Times New Roman" w:cs="Times New Roman"/>
            <w:sz w:val="28"/>
            <w:szCs w:val="28"/>
            <w:lang w:val="ru-RU"/>
          </w:rPr>
          <w:t>5-</w:t>
        </w:r>
        <w:proofErr w:type="spellStart"/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</w:rPr>
          <w:t>rud</w:t>
        </w:r>
        <w:proofErr w:type="spellEnd"/>
        <w:r w:rsidR="00110471" w:rsidRPr="00110471">
          <w:rPr>
            <w:rStyle w:val="aff8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</w:rPr>
          <w:t>edu</w:t>
        </w:r>
        <w:proofErr w:type="spellEnd"/>
        <w:r w:rsidR="00110471" w:rsidRPr="00110471">
          <w:rPr>
            <w:rStyle w:val="aff8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</w:rPr>
          <w:t>kz</w:t>
        </w:r>
        <w:proofErr w:type="spellEnd"/>
        <w:r w:rsidR="00110471" w:rsidRPr="00110471">
          <w:rPr>
            <w:rStyle w:val="aff8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="00110471" w:rsidRPr="00110471">
          <w:rPr>
            <w:rStyle w:val="aff8"/>
            <w:rFonts w:ascii="Times New Roman" w:hAnsi="Times New Roman" w:cs="Times New Roman"/>
            <w:sz w:val="28"/>
            <w:szCs w:val="28"/>
            <w:lang w:val="ru-RU"/>
          </w:rPr>
          <w:t>/232131.</w:t>
        </w:r>
        <w:r w:rsidR="00110471" w:rsidRPr="00E31EE4">
          <w:rPr>
            <w:rStyle w:val="aff8"/>
            <w:rFonts w:ascii="Times New Roman" w:hAnsi="Times New Roman" w:cs="Times New Roman"/>
            <w:sz w:val="28"/>
            <w:szCs w:val="28"/>
          </w:rPr>
          <w:t>html</w:t>
        </w:r>
      </w:hyperlink>
      <w:r w:rsid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16. Публичное обсуждение </w:t>
      </w:r>
      <w:r w:rsidR="000A477C" w:rsidRPr="000A477C">
        <w:rPr>
          <w:rFonts w:ascii="Times New Roman" w:hAnsi="Times New Roman" w:cs="Times New Roman"/>
          <w:sz w:val="28"/>
          <w:szCs w:val="28"/>
          <w:lang w:val="ru-RU"/>
        </w:rPr>
        <w:t>отчётов</w:t>
      </w:r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 по оказанию государственных услуг проводится не реже одного раза в год с участием </w:t>
      </w:r>
      <w:proofErr w:type="spellStart"/>
      <w:r w:rsidRPr="000A477C">
        <w:rPr>
          <w:rFonts w:ascii="Times New Roman" w:hAnsi="Times New Roman" w:cs="Times New Roman"/>
          <w:sz w:val="28"/>
          <w:szCs w:val="28"/>
          <w:lang w:val="ru-RU"/>
        </w:rPr>
        <w:t>услугополучателей</w:t>
      </w:r>
      <w:proofErr w:type="spellEnd"/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. Информация размещается на портале </w:t>
      </w:r>
      <w:proofErr w:type="spellStart"/>
      <w:r w:rsidR="00141D68">
        <w:rPr>
          <w:rFonts w:ascii="Times New Roman" w:hAnsi="Times New Roman" w:cs="Times New Roman"/>
          <w:sz w:val="28"/>
          <w:szCs w:val="28"/>
          <w:lang w:val="ru-RU"/>
        </w:rPr>
        <w:t>интернет-ресурсе</w:t>
      </w:r>
      <w:proofErr w:type="spellEnd"/>
      <w:r w:rsidRPr="000A477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>17. Прочее: все требования, установленные законодательством в сфере оказания государственных услуг, соблюдаются</w:t>
      </w:r>
      <w:r w:rsidR="00141D68">
        <w:rPr>
          <w:rFonts w:ascii="Times New Roman" w:hAnsi="Times New Roman" w:cs="Times New Roman"/>
          <w:sz w:val="28"/>
          <w:szCs w:val="28"/>
          <w:lang w:val="ru-RU"/>
        </w:rPr>
        <w:t xml:space="preserve"> полностью</w:t>
      </w:r>
      <w:r w:rsidRPr="000A477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br/>
        <w:t>Приложения:</w:t>
      </w: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="00141D68" w:rsidRPr="000A477C">
        <w:rPr>
          <w:rFonts w:ascii="Times New Roman" w:hAnsi="Times New Roman" w:cs="Times New Roman"/>
          <w:sz w:val="28"/>
          <w:szCs w:val="28"/>
          <w:lang w:val="ru-RU"/>
        </w:rPr>
        <w:t>Скриншоты размещённой информации на сайте</w:t>
      </w: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141D68" w:rsidRPr="000A477C">
        <w:rPr>
          <w:rFonts w:ascii="Times New Roman" w:hAnsi="Times New Roman" w:cs="Times New Roman"/>
          <w:sz w:val="28"/>
          <w:szCs w:val="28"/>
          <w:lang w:val="ru-RU"/>
        </w:rPr>
        <w:t xml:space="preserve"> Фотографии информационного стенда.</w:t>
      </w:r>
    </w:p>
    <w:p w:rsidR="00386F0F" w:rsidRPr="000A477C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77C">
        <w:rPr>
          <w:rFonts w:ascii="Times New Roman" w:hAnsi="Times New Roman" w:cs="Times New Roman"/>
          <w:sz w:val="28"/>
          <w:szCs w:val="28"/>
          <w:lang w:val="ru-RU"/>
        </w:rPr>
        <w:br/>
        <w:t xml:space="preserve">Подпись: ____________ /Пирон </w:t>
      </w:r>
      <w:proofErr w:type="spellStart"/>
      <w:r w:rsidRPr="000A477C">
        <w:rPr>
          <w:rFonts w:ascii="Times New Roman" w:hAnsi="Times New Roman" w:cs="Times New Roman"/>
          <w:sz w:val="28"/>
          <w:szCs w:val="28"/>
          <w:lang w:val="ru-RU"/>
        </w:rPr>
        <w:t>Н.О</w:t>
      </w:r>
      <w:proofErr w:type="spellEnd"/>
      <w:r w:rsidRPr="000A477C">
        <w:rPr>
          <w:rFonts w:ascii="Times New Roman" w:hAnsi="Times New Roman" w:cs="Times New Roman"/>
          <w:sz w:val="28"/>
          <w:szCs w:val="28"/>
          <w:lang w:val="ru-RU"/>
        </w:rPr>
        <w:t>./</w:t>
      </w:r>
    </w:p>
    <w:p w:rsidR="00386F0F" w:rsidRDefault="004C0B5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A477C">
        <w:rPr>
          <w:rFonts w:ascii="Times New Roman" w:hAnsi="Times New Roman" w:cs="Times New Roman"/>
          <w:sz w:val="28"/>
          <w:szCs w:val="28"/>
          <w:lang w:val="ru-RU"/>
        </w:rPr>
        <w:t>М.П</w:t>
      </w:r>
      <w:proofErr w:type="spellEnd"/>
      <w:r w:rsidRPr="000A477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41D68" w:rsidRDefault="00141D68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0471" w:rsidRDefault="0011047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0471" w:rsidRDefault="0011047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0471" w:rsidRDefault="00110471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0471" w:rsidRPr="00351188" w:rsidRDefault="00110471" w:rsidP="00110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Мемлекеттік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қызметтердің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сапалы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көрсетілуін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proofErr w:type="gram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ба</w:t>
      </w:r>
      <w:proofErr w:type="gram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қылау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мәселесі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бойынша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бақылау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іс-шарасы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аясындағы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сұрақтар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тізбесіне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жауаптар</w:t>
      </w:r>
      <w:proofErr w:type="spellEnd"/>
    </w:p>
    <w:p w:rsidR="00110471" w:rsidRPr="00351188" w:rsidRDefault="00110471" w:rsidP="00110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Қостанай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облысы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әкімдігі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білім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басқармасының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Рудный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қ</w:t>
      </w:r>
      <w:r w:rsidR="00351188">
        <w:rPr>
          <w:rFonts w:ascii="Times New Roman" w:hAnsi="Times New Roman" w:cs="Times New Roman"/>
          <w:b/>
          <w:sz w:val="28"/>
          <w:szCs w:val="28"/>
          <w:lang w:val="ru-RU"/>
        </w:rPr>
        <w:t>аласы</w:t>
      </w:r>
      <w:proofErr w:type="spellEnd"/>
      <w:r w:rsid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351188">
        <w:rPr>
          <w:rFonts w:ascii="Times New Roman" w:hAnsi="Times New Roman" w:cs="Times New Roman"/>
          <w:b/>
          <w:sz w:val="28"/>
          <w:szCs w:val="28"/>
          <w:lang w:val="ru-RU"/>
        </w:rPr>
        <w:t>білім</w:t>
      </w:r>
      <w:proofErr w:type="spellEnd"/>
      <w:r w:rsid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351188">
        <w:rPr>
          <w:rFonts w:ascii="Times New Roman" w:hAnsi="Times New Roman" w:cs="Times New Roman"/>
          <w:b/>
          <w:sz w:val="28"/>
          <w:szCs w:val="28"/>
          <w:lang w:val="ru-RU"/>
        </w:rPr>
        <w:t>бөлімінің</w:t>
      </w:r>
      <w:proofErr w:type="spellEnd"/>
      <w:r w:rsid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«№5 </w:t>
      </w:r>
      <w:proofErr w:type="spellStart"/>
      <w:r w:rsidR="00351188">
        <w:rPr>
          <w:rFonts w:ascii="Times New Roman" w:hAnsi="Times New Roman" w:cs="Times New Roman"/>
          <w:b/>
          <w:sz w:val="28"/>
          <w:szCs w:val="28"/>
          <w:lang w:val="ru-RU"/>
        </w:rPr>
        <w:t>бөбекжайы</w:t>
      </w:r>
      <w:proofErr w:type="spellEnd"/>
      <w:r w:rsidR="00351188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КМҚ</w:t>
      </w:r>
      <w:proofErr w:type="gram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К</w:t>
      </w:r>
      <w:proofErr w:type="spellEnd"/>
      <w:proofErr w:type="gramEnd"/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Жауапты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тұлға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: Пирон Наталья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Октябревна</w:t>
      </w:r>
      <w:proofErr w:type="spellEnd"/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Күні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: 2025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жылғы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4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маусым</w:t>
      </w:r>
      <w:proofErr w:type="spellEnd"/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қызмет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көрсетуге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жауапты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тұлға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: Пирон Наталья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Октябревна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351188">
        <w:rPr>
          <w:rFonts w:ascii="Times New Roman" w:hAnsi="Times New Roman" w:cs="Times New Roman"/>
          <w:sz w:val="28"/>
          <w:szCs w:val="28"/>
          <w:lang w:val="ru-RU"/>
        </w:rPr>
        <w:t>лауазымдық</w:t>
      </w:r>
      <w:proofErr w:type="spellEnd"/>
      <w:r w:rsid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1188">
        <w:rPr>
          <w:rFonts w:ascii="Times New Roman" w:hAnsi="Times New Roman" w:cs="Times New Roman"/>
          <w:sz w:val="28"/>
          <w:szCs w:val="28"/>
          <w:lang w:val="ru-RU"/>
        </w:rPr>
        <w:t>нұсқ</w:t>
      </w:r>
      <w:proofErr w:type="gramStart"/>
      <w:r w:rsidR="00351188">
        <w:rPr>
          <w:rFonts w:ascii="Times New Roman" w:hAnsi="Times New Roman" w:cs="Times New Roman"/>
          <w:sz w:val="28"/>
          <w:szCs w:val="28"/>
          <w:lang w:val="ru-RU"/>
        </w:rPr>
        <w:t>аулы</w:t>
      </w:r>
      <w:proofErr w:type="gramEnd"/>
      <w:r w:rsidR="00351188">
        <w:rPr>
          <w:rFonts w:ascii="Times New Roman" w:hAnsi="Times New Roman" w:cs="Times New Roman"/>
          <w:sz w:val="28"/>
          <w:szCs w:val="28"/>
          <w:lang w:val="ru-RU"/>
        </w:rPr>
        <w:t>ққа</w:t>
      </w:r>
      <w:proofErr w:type="spellEnd"/>
      <w:r w:rsid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1188">
        <w:rPr>
          <w:rFonts w:ascii="Times New Roman" w:hAnsi="Times New Roman" w:cs="Times New Roman"/>
          <w:sz w:val="28"/>
          <w:szCs w:val="28"/>
          <w:lang w:val="ru-RU"/>
        </w:rPr>
        <w:t>сәйкес</w:t>
      </w:r>
      <w:proofErr w:type="spellEnd"/>
      <w:r w:rsidR="00351188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қызметтерді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көрсету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тәртібі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туралы</w:t>
      </w:r>
      <w:proofErr w:type="spellEnd"/>
      <w:proofErr w:type="gram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ақпарат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мекеменің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интернет-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ресурсында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уақтылы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жаңартылып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отырады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https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sad5-rud-edu.kz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ru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232131.html</w:t>
      </w:r>
      <w:proofErr w:type="spellEnd"/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қызмет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көрсету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сатысы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туралы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сұрау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бойынша</w:t>
      </w:r>
      <w:proofErr w:type="spellEnd"/>
      <w:proofErr w:type="gram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ақпараттандыру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сондай-ақ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толық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шынайы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ақпарат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беру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мекеменің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ақпараттық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стендтері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арқылы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жеке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жүгінген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кезде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жүзеге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1188">
        <w:rPr>
          <w:rFonts w:ascii="Times New Roman" w:hAnsi="Times New Roman" w:cs="Times New Roman"/>
          <w:sz w:val="28"/>
          <w:szCs w:val="28"/>
          <w:lang w:val="ru-RU"/>
        </w:rPr>
        <w:t>асырылады</w:t>
      </w:r>
      <w:proofErr w:type="spellEnd"/>
      <w:r w:rsidR="00351188">
        <w:rPr>
          <w:rFonts w:ascii="Times New Roman" w:hAnsi="Times New Roman" w:cs="Times New Roman"/>
          <w:sz w:val="28"/>
          <w:szCs w:val="28"/>
          <w:lang w:val="ru-RU"/>
        </w:rPr>
        <w:t xml:space="preserve"> (фото </w:t>
      </w:r>
      <w:proofErr w:type="spellStart"/>
      <w:r w:rsidR="00351188">
        <w:rPr>
          <w:rFonts w:ascii="Times New Roman" w:hAnsi="Times New Roman" w:cs="Times New Roman"/>
          <w:sz w:val="28"/>
          <w:szCs w:val="28"/>
          <w:lang w:val="ru-RU"/>
        </w:rPr>
        <w:t>қоса</w:t>
      </w:r>
      <w:proofErr w:type="spellEnd"/>
      <w:r w:rsid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1188">
        <w:rPr>
          <w:rFonts w:ascii="Times New Roman" w:hAnsi="Times New Roman" w:cs="Times New Roman"/>
          <w:sz w:val="28"/>
          <w:szCs w:val="28"/>
          <w:lang w:val="ru-RU"/>
        </w:rPr>
        <w:t>берілген</w:t>
      </w:r>
      <w:proofErr w:type="spellEnd"/>
      <w:r w:rsidR="00351188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4. 2024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жылы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қызметтерді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көрсету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бойынша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бі</w:t>
      </w:r>
      <w:proofErr w:type="gram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gramEnd"/>
      <w:r w:rsidRPr="00110471">
        <w:rPr>
          <w:rFonts w:ascii="Times New Roman" w:hAnsi="Times New Roman" w:cs="Times New Roman"/>
          <w:sz w:val="28"/>
          <w:szCs w:val="28"/>
          <w:lang w:val="ru-RU"/>
        </w:rPr>
        <w:t>іктілікті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арттыру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курстары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өткізілген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жоқ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Қажетті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құжаттар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тізімі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толтыру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үлгілері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мекемен</w:t>
      </w:r>
      <w:proofErr w:type="gramEnd"/>
      <w:r w:rsidRPr="00110471">
        <w:rPr>
          <w:rFonts w:ascii="Times New Roman" w:hAnsi="Times New Roman" w:cs="Times New Roman"/>
          <w:sz w:val="28"/>
          <w:szCs w:val="28"/>
          <w:lang w:val="ru-RU"/>
        </w:rPr>
        <w:t>ің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ақпараттық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стендінде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қызмет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көрсетуге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жауапты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тұлғаларда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орналастырылған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(фото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қоса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берілген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6.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Тегін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көрсетілетін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қызметтер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үшін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ақы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алу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жоқ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7.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Ақпараттық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жүйелерден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алынуы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мүмкін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құжаттар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талап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етілмейді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8.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Балабақшада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қызмет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алушылардан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артық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құжаттар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талап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етілмейді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ескертулер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жоқ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9. 2024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жыл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ішінде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балабақшада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құжаттар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толық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болмаған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жағдайда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қызметтер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көрсетілмейді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нормативтік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құқықтық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актілердің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талаптарына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сәйкес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10.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Балабақшаның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жұмыс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кестесі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белгіленген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ережелерге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толықтай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сәйкес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келеді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11.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Қостанай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облысы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әкімді</w:t>
      </w:r>
      <w:proofErr w:type="gram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гі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</w:t>
      </w:r>
      <w:proofErr w:type="gramEnd"/>
      <w:r w:rsidRPr="00110471">
        <w:rPr>
          <w:rFonts w:ascii="Times New Roman" w:hAnsi="Times New Roman" w:cs="Times New Roman"/>
          <w:sz w:val="28"/>
          <w:szCs w:val="28"/>
          <w:lang w:val="ru-RU"/>
        </w:rPr>
        <w:t>ілім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басқармасының</w:t>
      </w:r>
      <w:proofErr w:type="spellEnd"/>
      <w:r w:rsidR="00351188">
        <w:rPr>
          <w:rFonts w:ascii="Times New Roman" w:hAnsi="Times New Roman" w:cs="Times New Roman"/>
          <w:sz w:val="28"/>
          <w:szCs w:val="28"/>
          <w:lang w:val="ru-RU"/>
        </w:rPr>
        <w:t xml:space="preserve"> Рудный </w:t>
      </w:r>
      <w:proofErr w:type="spellStart"/>
      <w:r w:rsidR="00351188">
        <w:rPr>
          <w:rFonts w:ascii="Times New Roman" w:hAnsi="Times New Roman" w:cs="Times New Roman"/>
          <w:sz w:val="28"/>
          <w:szCs w:val="28"/>
          <w:lang w:val="ru-RU"/>
        </w:rPr>
        <w:t>қаласы</w:t>
      </w:r>
      <w:proofErr w:type="spellEnd"/>
      <w:r w:rsid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1188">
        <w:rPr>
          <w:rFonts w:ascii="Times New Roman" w:hAnsi="Times New Roman" w:cs="Times New Roman"/>
          <w:sz w:val="28"/>
          <w:szCs w:val="28"/>
          <w:lang w:val="ru-RU"/>
        </w:rPr>
        <w:t>білім</w:t>
      </w:r>
      <w:proofErr w:type="spellEnd"/>
      <w:r w:rsid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1188">
        <w:rPr>
          <w:rFonts w:ascii="Times New Roman" w:hAnsi="Times New Roman" w:cs="Times New Roman"/>
          <w:sz w:val="28"/>
          <w:szCs w:val="28"/>
          <w:lang w:val="ru-RU"/>
        </w:rPr>
        <w:t>бөлімінің</w:t>
      </w:r>
      <w:proofErr w:type="spellEnd"/>
      <w:r w:rsidR="00351188">
        <w:rPr>
          <w:rFonts w:ascii="Times New Roman" w:hAnsi="Times New Roman" w:cs="Times New Roman"/>
          <w:sz w:val="28"/>
          <w:szCs w:val="28"/>
          <w:lang w:val="ru-RU"/>
        </w:rPr>
        <w:t xml:space="preserve"> «№5 </w:t>
      </w:r>
      <w:proofErr w:type="spellStart"/>
      <w:r w:rsidR="00351188">
        <w:rPr>
          <w:rFonts w:ascii="Times New Roman" w:hAnsi="Times New Roman" w:cs="Times New Roman"/>
          <w:sz w:val="28"/>
          <w:szCs w:val="28"/>
          <w:lang w:val="ru-RU"/>
        </w:rPr>
        <w:t>бөбекжайы</w:t>
      </w:r>
      <w:proofErr w:type="spellEnd"/>
      <w:r w:rsidR="00351188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КМҚК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2024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жыл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бойы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қызметтерді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көрсету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тәртібін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бұлжытпай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сақтайды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12.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қызмет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көрсетуден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негізделген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бас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тарту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белгіленген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тәртіппен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ресімделеді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13.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қызмет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көрсету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мерзімдері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сақталады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14.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Шағымдарды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қарау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нәтижелері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туралы</w:t>
      </w:r>
      <w:proofErr w:type="spellEnd"/>
      <w:proofErr w:type="gram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ақпараттандыру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уақтылы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жүзеге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асырылады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қабылданған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шаралар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көрсетіледі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15.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қызметтерді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көрсету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жөніндегі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қызмет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туралы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жыл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сайынғы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есеп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балабақшаның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интернет-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ресурсында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келесі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сілтеме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арқылы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орналастырылады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https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sad5-rud-edu.kz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ru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232131.html</w:t>
      </w:r>
      <w:proofErr w:type="spellEnd"/>
    </w:p>
    <w:p w:rsidR="00351188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16.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қызмет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көрсету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жөніндегі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есептердің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жария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талқылауы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қызмет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алушылардың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қатысуымен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жылына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кемінде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бі</w:t>
      </w:r>
      <w:proofErr w:type="gram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spellEnd"/>
      <w:proofErr w:type="gram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рет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өткізіледі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Ақпарат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интернет-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ресурста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орналастырылады.</w:t>
      </w:r>
      <w:proofErr w:type="spellEnd"/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17.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Басқа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қызмет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көрсету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саласындағы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заңнамада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белгіленген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барлық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талаптар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толық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көлемде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сақталады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Қосымшалар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Сайтта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орналастырылғ</w:t>
      </w:r>
      <w:proofErr w:type="gram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ан</w:t>
      </w:r>
      <w:proofErr w:type="spellEnd"/>
      <w:proofErr w:type="gram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ақпараттың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скриншоттары</w:t>
      </w:r>
      <w:proofErr w:type="spellEnd"/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Ақпараттық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стендтердің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фотосуреттері</w:t>
      </w:r>
      <w:proofErr w:type="spellEnd"/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Қолы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: ____ /Пирон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Н.О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./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М.О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0471" w:rsidRP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0471" w:rsidRDefault="00110471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>---</w:t>
      </w:r>
    </w:p>
    <w:p w:rsidR="00141D68" w:rsidRDefault="00141D68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1D68" w:rsidRDefault="00141D68" w:rsidP="0011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1D68" w:rsidRDefault="00141D68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1D68" w:rsidRDefault="00141D68" w:rsidP="000A477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F5DFE" w:rsidRPr="002F5DFE" w:rsidRDefault="002F5DFE" w:rsidP="002F5D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О </w:t>
      </w:r>
      <w:r w:rsidRPr="002F5DFE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создании </w:t>
      </w:r>
      <w:proofErr w:type="spellStart"/>
      <w:r w:rsidRPr="002F5DFE">
        <w:rPr>
          <w:rFonts w:ascii="Times New Roman" w:hAnsi="Times New Roman" w:cs="Times New Roman"/>
          <w:b/>
          <w:sz w:val="28"/>
          <w:szCs w:val="28"/>
          <w:lang w:val="ru-RU"/>
        </w:rPr>
        <w:t>безбарьерной</w:t>
      </w:r>
      <w:proofErr w:type="spellEnd"/>
      <w:r w:rsidRPr="002F5DF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среды для лиц с огра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ниченными возможностями в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КГКП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Ясли-сад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№5»</w:t>
      </w:r>
      <w:r w:rsidRPr="002F5DF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отдела образования города Рудного Управления образования </w:t>
      </w:r>
      <w:proofErr w:type="spellStart"/>
      <w:r w:rsidRPr="002F5DFE">
        <w:rPr>
          <w:rFonts w:ascii="Times New Roman" w:hAnsi="Times New Roman" w:cs="Times New Roman"/>
          <w:b/>
          <w:sz w:val="28"/>
          <w:szCs w:val="28"/>
          <w:lang w:val="ru-RU"/>
        </w:rPr>
        <w:t>акимата</w:t>
      </w:r>
      <w:proofErr w:type="spellEnd"/>
      <w:r w:rsidRPr="002F5DF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F5DFE">
        <w:rPr>
          <w:rFonts w:ascii="Times New Roman" w:hAnsi="Times New Roman" w:cs="Times New Roman"/>
          <w:b/>
          <w:sz w:val="28"/>
          <w:szCs w:val="28"/>
          <w:lang w:val="ru-RU"/>
        </w:rPr>
        <w:t>Костанайской</w:t>
      </w:r>
      <w:proofErr w:type="spellEnd"/>
      <w:r w:rsidRPr="002F5DF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области</w:t>
      </w:r>
    </w:p>
    <w:p w:rsidR="002F5DFE" w:rsidRP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F5DFE" w:rsidRP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F5DFE">
        <w:rPr>
          <w:rFonts w:ascii="Times New Roman" w:hAnsi="Times New Roman" w:cs="Times New Roman"/>
          <w:sz w:val="28"/>
          <w:szCs w:val="28"/>
          <w:lang w:val="ru-RU"/>
        </w:rPr>
        <w:t>В соответствии с государственной программой по обеспечению равного доступа к образованию и соц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иальной инфраструктуре,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КГКП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Ясли-сад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№5»</w:t>
      </w:r>
      <w:r w:rsidRPr="002F5DFE">
        <w:rPr>
          <w:rFonts w:ascii="Times New Roman" w:hAnsi="Times New Roman" w:cs="Times New Roman"/>
          <w:sz w:val="28"/>
          <w:szCs w:val="28"/>
          <w:lang w:val="ru-RU"/>
        </w:rPr>
        <w:t xml:space="preserve"> созданы условия для пребывания и развития детей с ограниченными возможностями. </w:t>
      </w:r>
      <w:proofErr w:type="gramStart"/>
      <w:r w:rsidR="00110471" w:rsidRPr="002F5DFE">
        <w:rPr>
          <w:rFonts w:ascii="Times New Roman" w:hAnsi="Times New Roman" w:cs="Times New Roman"/>
          <w:sz w:val="28"/>
          <w:szCs w:val="28"/>
          <w:lang w:val="ru-RU"/>
        </w:rPr>
        <w:t>Без</w:t>
      </w:r>
      <w:proofErr w:type="gramEnd"/>
      <w:r w:rsidR="00110471" w:rsidRPr="002F5D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110471" w:rsidRPr="002F5DFE">
        <w:rPr>
          <w:rFonts w:ascii="Times New Roman" w:hAnsi="Times New Roman" w:cs="Times New Roman"/>
          <w:sz w:val="28"/>
          <w:szCs w:val="28"/>
          <w:lang w:val="ru-RU"/>
        </w:rPr>
        <w:t>барьерная</w:t>
      </w:r>
      <w:proofErr w:type="gramEnd"/>
      <w:r w:rsidRPr="002F5DFE">
        <w:rPr>
          <w:rFonts w:ascii="Times New Roman" w:hAnsi="Times New Roman" w:cs="Times New Roman"/>
          <w:sz w:val="28"/>
          <w:szCs w:val="28"/>
          <w:lang w:val="ru-RU"/>
        </w:rPr>
        <w:t xml:space="preserve"> среда является важным компонентом инклюзивного подхода, обеспечивая доступность и безопасность для всех воспитанников, не</w:t>
      </w:r>
      <w:r>
        <w:rPr>
          <w:rFonts w:ascii="Times New Roman" w:hAnsi="Times New Roman" w:cs="Times New Roman"/>
          <w:sz w:val="28"/>
          <w:szCs w:val="28"/>
          <w:lang w:val="ru-RU"/>
        </w:rPr>
        <w:t>зависимо от состояния здоровья.</w:t>
      </w:r>
    </w:p>
    <w:p w:rsidR="002F5DFE" w:rsidRPr="00110471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10471">
        <w:rPr>
          <w:rFonts w:ascii="Times New Roman" w:hAnsi="Times New Roman" w:cs="Times New Roman"/>
          <w:sz w:val="28"/>
          <w:szCs w:val="28"/>
          <w:lang w:val="ru-RU"/>
        </w:rPr>
        <w:t>На территории и в здании учреждения реализованы следующие мероприятия:</w:t>
      </w:r>
    </w:p>
    <w:p w:rsidR="002F5DFE" w:rsidRPr="00110471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- оборудован пандус при входе в здание с </w:t>
      </w:r>
      <w:r w:rsidR="00110471" w:rsidRPr="00110471">
        <w:rPr>
          <w:rFonts w:ascii="Times New Roman" w:hAnsi="Times New Roman" w:cs="Times New Roman"/>
          <w:sz w:val="28"/>
          <w:szCs w:val="28"/>
          <w:lang w:val="ru-RU"/>
        </w:rPr>
        <w:t>учётом</w:t>
      </w: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нормативных уклонов;</w:t>
      </w:r>
    </w:p>
    <w:p w:rsidR="002F5DFE" w:rsidRPr="00110471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- обеспечен свободный доступ к основным помещениям: </w:t>
      </w:r>
      <w:r w:rsidR="00450B8C"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санитарному узлу, приёмному  кабинету, на входе имеется вывеска на языке брайля, так же имеется вывеска при входе в </w:t>
      </w:r>
      <w:r w:rsidR="00110471" w:rsidRPr="00110471">
        <w:rPr>
          <w:rFonts w:ascii="Times New Roman" w:hAnsi="Times New Roman" w:cs="Times New Roman"/>
          <w:sz w:val="28"/>
          <w:szCs w:val="28"/>
          <w:lang w:val="ru-RU"/>
        </w:rPr>
        <w:t>приёмной</w:t>
      </w:r>
      <w:r w:rsidR="00450B8C" w:rsidRPr="00110471">
        <w:rPr>
          <w:rFonts w:ascii="Times New Roman" w:hAnsi="Times New Roman" w:cs="Times New Roman"/>
          <w:sz w:val="28"/>
          <w:szCs w:val="28"/>
          <w:lang w:val="ru-RU"/>
        </w:rPr>
        <w:t>. Также имеется значок медицинского кабинета, а для слабовидящих на лестни</w:t>
      </w:r>
      <w:r w:rsidR="00110471" w:rsidRPr="00110471">
        <w:rPr>
          <w:rFonts w:ascii="Times New Roman" w:hAnsi="Times New Roman" w:cs="Times New Roman"/>
          <w:sz w:val="28"/>
          <w:szCs w:val="28"/>
          <w:lang w:val="ru-RU"/>
        </w:rPr>
        <w:t>чных поручнях имеется наклейка «Вверх» и «Вниз» на языке брайля</w:t>
      </w:r>
      <w:r w:rsidRPr="00110471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F5DFE" w:rsidRPr="00110471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>- имеются контрастные и тактильные обозначения на основных маршрутах передвижения.</w:t>
      </w:r>
    </w:p>
    <w:p w:rsidR="002F5DFE" w:rsidRPr="00110471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Санитарные комнаты адаптированы с </w:t>
      </w:r>
      <w:r w:rsidR="00110471" w:rsidRPr="00110471">
        <w:rPr>
          <w:rFonts w:ascii="Times New Roman" w:hAnsi="Times New Roman" w:cs="Times New Roman"/>
          <w:sz w:val="28"/>
          <w:szCs w:val="28"/>
          <w:lang w:val="ru-RU"/>
        </w:rPr>
        <w:t>учётом</w:t>
      </w: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потребностей детей с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ОВЗ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: установлены поручни, обеспечен удобный доступ к умывальникам и унитазам. В помещениях учреждения достаточное пространство для </w:t>
      </w:r>
      <w:r w:rsidR="00110471" w:rsidRPr="00110471">
        <w:rPr>
          <w:rFonts w:ascii="Times New Roman" w:hAnsi="Times New Roman" w:cs="Times New Roman"/>
          <w:sz w:val="28"/>
          <w:szCs w:val="28"/>
          <w:lang w:val="ru-RU"/>
        </w:rPr>
        <w:t>манёвров</w:t>
      </w: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инвалидных кресел и других средств передвижения.</w:t>
      </w:r>
      <w:r w:rsidR="00110471"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Санитарная комната снабжена звонком «Вызов о помощи»</w:t>
      </w:r>
      <w:r w:rsidRPr="001104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F5DFE" w:rsidRP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47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учреждении </w:t>
      </w:r>
      <w:r w:rsidR="00110471" w:rsidRPr="00110471">
        <w:rPr>
          <w:rFonts w:ascii="Times New Roman" w:hAnsi="Times New Roman" w:cs="Times New Roman"/>
          <w:sz w:val="28"/>
          <w:szCs w:val="28"/>
          <w:lang w:val="ru-RU"/>
        </w:rPr>
        <w:t>ведётся</w:t>
      </w: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работа по созданию инклюзивной образовательной среды. Педагогический состав </w:t>
      </w:r>
      <w:r w:rsidR="00110471" w:rsidRPr="00110471">
        <w:rPr>
          <w:rFonts w:ascii="Times New Roman" w:hAnsi="Times New Roman" w:cs="Times New Roman"/>
          <w:sz w:val="28"/>
          <w:szCs w:val="28"/>
          <w:lang w:val="ru-RU"/>
        </w:rPr>
        <w:t>прошёл</w:t>
      </w: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подготовку по вопросам взаимодействия с детьми с </w:t>
      </w:r>
      <w:proofErr w:type="spellStart"/>
      <w:r w:rsidRPr="00110471">
        <w:rPr>
          <w:rFonts w:ascii="Times New Roman" w:hAnsi="Times New Roman" w:cs="Times New Roman"/>
          <w:sz w:val="28"/>
          <w:szCs w:val="28"/>
          <w:lang w:val="ru-RU"/>
        </w:rPr>
        <w:t>ОВЗ</w:t>
      </w:r>
      <w:proofErr w:type="spellEnd"/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. Визуальные материалы и информационные таблички оформлены с </w:t>
      </w:r>
      <w:r w:rsidR="00110471" w:rsidRPr="00110471">
        <w:rPr>
          <w:rFonts w:ascii="Times New Roman" w:hAnsi="Times New Roman" w:cs="Times New Roman"/>
          <w:sz w:val="28"/>
          <w:szCs w:val="28"/>
          <w:lang w:val="ru-RU"/>
        </w:rPr>
        <w:t>учётом</w:t>
      </w:r>
      <w:r w:rsidRPr="00110471">
        <w:rPr>
          <w:rFonts w:ascii="Times New Roman" w:hAnsi="Times New Roman" w:cs="Times New Roman"/>
          <w:sz w:val="28"/>
          <w:szCs w:val="28"/>
          <w:lang w:val="ru-RU"/>
        </w:rPr>
        <w:t xml:space="preserve"> доступности для детей с нарушением зрения.</w:t>
      </w:r>
    </w:p>
    <w:p w:rsidR="002F5DFE" w:rsidRP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5DFE">
        <w:rPr>
          <w:rFonts w:ascii="Times New Roman" w:hAnsi="Times New Roman" w:cs="Times New Roman"/>
          <w:sz w:val="28"/>
          <w:szCs w:val="28"/>
          <w:lang w:val="ru-RU"/>
        </w:rPr>
        <w:t>Обеспечен доступ к образовательным мат</w:t>
      </w:r>
      <w:r>
        <w:rPr>
          <w:rFonts w:ascii="Times New Roman" w:hAnsi="Times New Roman" w:cs="Times New Roman"/>
          <w:sz w:val="28"/>
          <w:szCs w:val="28"/>
          <w:lang w:val="ru-RU"/>
        </w:rPr>
        <w:t>ериалам в адаптированной форме.</w:t>
      </w:r>
    </w:p>
    <w:p w:rsid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КГКП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Ясли-сад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№5»</w:t>
      </w:r>
      <w:r w:rsidRPr="002F5DFE">
        <w:rPr>
          <w:rFonts w:ascii="Times New Roman" w:hAnsi="Times New Roman" w:cs="Times New Roman"/>
          <w:sz w:val="28"/>
          <w:szCs w:val="28"/>
          <w:lang w:val="ru-RU"/>
        </w:rPr>
        <w:t xml:space="preserve"> созданы все необходимые условия для беспрепятственного доступа и пребывания детей с ограниченными возможностями. </w:t>
      </w:r>
      <w:proofErr w:type="gramStart"/>
      <w:r w:rsidR="00110471" w:rsidRPr="002F5DFE">
        <w:rPr>
          <w:rFonts w:ascii="Times New Roman" w:hAnsi="Times New Roman" w:cs="Times New Roman"/>
          <w:sz w:val="28"/>
          <w:szCs w:val="28"/>
          <w:lang w:val="ru-RU"/>
        </w:rPr>
        <w:t>Без</w:t>
      </w:r>
      <w:proofErr w:type="gramEnd"/>
      <w:r w:rsidR="00110471" w:rsidRPr="002F5D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110471" w:rsidRPr="002F5DFE">
        <w:rPr>
          <w:rFonts w:ascii="Times New Roman" w:hAnsi="Times New Roman" w:cs="Times New Roman"/>
          <w:sz w:val="28"/>
          <w:szCs w:val="28"/>
          <w:lang w:val="ru-RU"/>
        </w:rPr>
        <w:t>барьерная</w:t>
      </w:r>
      <w:proofErr w:type="gramEnd"/>
      <w:r w:rsidRPr="002F5DFE">
        <w:rPr>
          <w:rFonts w:ascii="Times New Roman" w:hAnsi="Times New Roman" w:cs="Times New Roman"/>
          <w:sz w:val="28"/>
          <w:szCs w:val="28"/>
          <w:lang w:val="ru-RU"/>
        </w:rPr>
        <w:t xml:space="preserve"> среда способствует интеграции воспитанников с </w:t>
      </w:r>
      <w:proofErr w:type="spellStart"/>
      <w:r w:rsidRPr="002F5DFE">
        <w:rPr>
          <w:rFonts w:ascii="Times New Roman" w:hAnsi="Times New Roman" w:cs="Times New Roman"/>
          <w:sz w:val="28"/>
          <w:szCs w:val="28"/>
          <w:lang w:val="ru-RU"/>
        </w:rPr>
        <w:t>ОВЗ</w:t>
      </w:r>
      <w:proofErr w:type="spellEnd"/>
      <w:r w:rsidRPr="002F5DFE">
        <w:rPr>
          <w:rFonts w:ascii="Times New Roman" w:hAnsi="Times New Roman" w:cs="Times New Roman"/>
          <w:sz w:val="28"/>
          <w:szCs w:val="28"/>
          <w:lang w:val="ru-RU"/>
        </w:rPr>
        <w:t xml:space="preserve"> в образовательный процесс, развитию их самостоятельности и социальной адаптации.</w:t>
      </w:r>
    </w:p>
    <w:p w:rsidR="006B62AB" w:rsidRDefault="006B62AB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B62AB" w:rsidRPr="002F5DFE" w:rsidRDefault="00110471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6B62AB">
        <w:rPr>
          <w:rFonts w:ascii="Times New Roman" w:hAnsi="Times New Roman" w:cs="Times New Roman"/>
          <w:sz w:val="28"/>
          <w:szCs w:val="28"/>
          <w:lang w:val="ru-RU"/>
        </w:rPr>
        <w:t xml:space="preserve">Фото прилагается. </w:t>
      </w:r>
    </w:p>
    <w:p w:rsidR="00141D68" w:rsidRDefault="00141D6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Pr="00351188" w:rsidRDefault="00351188" w:rsidP="00351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Қостанай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облысы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әкімді</w:t>
      </w:r>
      <w:proofErr w:type="gram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гі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б</w:t>
      </w:r>
      <w:proofErr w:type="gram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ілім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басқармасының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Рудный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қаласы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білім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бөлімінің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«№5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бөбекжайы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КМҚК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мекемесінде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мүмкіндігі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шектеулі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жандар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үшін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кедергісіз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орта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құру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туралы</w:t>
      </w:r>
      <w:proofErr w:type="spellEnd"/>
    </w:p>
    <w:p w:rsidR="00351188" w:rsidRDefault="00351188" w:rsidP="00351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24D78" w:rsidRPr="00351188" w:rsidRDefault="00E24D78" w:rsidP="00351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1188" w:rsidRPr="00351188" w:rsidRDefault="0035118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Мүмкіндігі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шектеулі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балалардың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білім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беру мен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әлеуметтік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инфрақұ</w:t>
      </w:r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рылым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ға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тең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қолжетімділігін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қамтамасыз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ету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жөніндегі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бағдарламаға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сәйкес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Қостанай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облысы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әкімдігі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білім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басқармасының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Рудный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қаласы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білім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бөлімінің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«№5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бөбекжайы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КМҚК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мекемесінде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ерекше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бі</w:t>
      </w:r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ім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беруді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қажет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ететін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балалардың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болуына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дамуына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жағдайлар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жасалған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51188" w:rsidRPr="00351188" w:rsidRDefault="0035118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Кедергісіз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орта –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инклюзивті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тәсілдің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маңызды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құрамдас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бөлігі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болып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табылады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жә</w:t>
      </w:r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не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ол</w:t>
      </w:r>
      <w:proofErr w:type="spellEnd"/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тәрбиеленушілердің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денсаулық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жағдайына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қарамастан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олардың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барлығына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қолжетімділік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пен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қауіпсіздікті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қамтамасыз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етеді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Мекеменің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аумағында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ғимаратында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келесі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іс-шаралар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іске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асырылған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51188" w:rsidRPr="00351188" w:rsidRDefault="0035118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ғимараттың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іреберісінде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нормативтік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еңістерді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ескере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отырып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пандус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орнатылған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51188" w:rsidRPr="00351188" w:rsidRDefault="0035118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негізгі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үй-жайларға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санитарлық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торапқа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қабылдау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бөлмесіне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еркін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қолжетімділік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қамтамасыз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етілген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кіреберісте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Брайль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әліпбиімен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жазылған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тақтайша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орнатылған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сондай-ақ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қабылдау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бөлмесінде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де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көрсеткіш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тақ</w:t>
      </w:r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та</w:t>
      </w:r>
      <w:proofErr w:type="spellEnd"/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бар.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Медициналық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кабинетке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арналған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белгі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орнатылған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, ал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көру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қабілеті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нашар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балалар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үшін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баспалдақ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тұ</w:t>
      </w:r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қаларында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Жоғары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Төмен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деген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Брайль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жазуы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бар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жапсырмалар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бар;</w:t>
      </w:r>
    </w:p>
    <w:p w:rsidR="00351188" w:rsidRPr="00351188" w:rsidRDefault="0035118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қозғалыс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ғыттарында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контрастты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тактильді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белгілер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бар.</w:t>
      </w:r>
    </w:p>
    <w:p w:rsidR="00351188" w:rsidRPr="00351188" w:rsidRDefault="0035118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Санитарлық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тораптар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ерекше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қажеттіліктері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бар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балалардың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талаптарына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бейімделген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тұ</w:t>
      </w:r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қалар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орнатылған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жуынатын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дәретханалық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бөлмелерге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қолжетімділік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ыңғайлы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етілген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Мекеме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ішінде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арбалар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мен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басқа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да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қозғалу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құралдары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үшін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жеткілікті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кеңі</w:t>
      </w:r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қарастырылған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Санитарлық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бөлме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Көмекке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ша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қыру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батырмасымен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жабдықталған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51188" w:rsidRPr="00351188" w:rsidRDefault="0035118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Мекемеде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инклюзивті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бі</w:t>
      </w:r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ім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беру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ортасын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құру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бойынша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жұмыс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жүргізілуде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Педагогикалық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құрам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ерекше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қажеттіліктері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бар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балалармен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жұмыс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істеу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мәселелері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бойынша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дайындықтан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өткен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Көрнекі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материалдар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мен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ақпараттық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тақтайшалар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көру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қабілеті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бұзылған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балаларға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қолжетімділік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та</w:t>
      </w:r>
      <w:r>
        <w:rPr>
          <w:rFonts w:ascii="Times New Roman" w:hAnsi="Times New Roman" w:cs="Times New Roman"/>
          <w:sz w:val="28"/>
          <w:szCs w:val="28"/>
          <w:lang w:val="ru-RU"/>
        </w:rPr>
        <w:t>лаптарына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сәйкес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безенді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ілген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Бі</w:t>
      </w:r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ім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беру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материалдары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бейімделген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түрде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қолжетімді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етілген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51188" w:rsidRPr="00351188" w:rsidRDefault="0035118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Қостанай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облысы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әкімдігі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білім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басқармасының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Рудный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қаласы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білім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бөлімінің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«№5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бөбекжайы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КМҚК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мекемесінде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мүмкіндігі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шектеулі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балалар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үшін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кедергісіз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қолжетімділік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пен </w:t>
      </w:r>
      <w:proofErr w:type="spellStart"/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болу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ға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барлық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қажетті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жағдайлар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жа</w:t>
      </w:r>
      <w:r>
        <w:rPr>
          <w:rFonts w:ascii="Times New Roman" w:hAnsi="Times New Roman" w:cs="Times New Roman"/>
          <w:sz w:val="28"/>
          <w:szCs w:val="28"/>
          <w:lang w:val="ru-RU"/>
        </w:rPr>
        <w:t>салған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Кедергісіз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орта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ерекше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қажеттіліктері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бар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тәрбиеленушілердің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білім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беру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процесіне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кі</w:t>
      </w:r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ігуіне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олардың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дербестігі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мен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әлеуметтік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бейімделуіне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ықпал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етеді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51188" w:rsidRPr="00351188" w:rsidRDefault="0035118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Фотосуреттер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қоса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берілген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F5DFE" w:rsidRPr="002F5DFE" w:rsidRDefault="002F5DFE" w:rsidP="002F5D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Pr="002F5DF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предоставлени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и государственных услуг в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КГКП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Ясли-сад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№5»</w:t>
      </w:r>
      <w:r w:rsidRPr="002F5DF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отдела образования города Рудного Управления образования </w:t>
      </w:r>
      <w:proofErr w:type="spellStart"/>
      <w:r w:rsidRPr="002F5DFE">
        <w:rPr>
          <w:rFonts w:ascii="Times New Roman" w:hAnsi="Times New Roman" w:cs="Times New Roman"/>
          <w:b/>
          <w:sz w:val="28"/>
          <w:szCs w:val="28"/>
          <w:lang w:val="ru-RU"/>
        </w:rPr>
        <w:t>акимата</w:t>
      </w:r>
      <w:proofErr w:type="spellEnd"/>
      <w:r w:rsidRPr="002F5DF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F5DFE">
        <w:rPr>
          <w:rFonts w:ascii="Times New Roman" w:hAnsi="Times New Roman" w:cs="Times New Roman"/>
          <w:b/>
          <w:sz w:val="28"/>
          <w:szCs w:val="28"/>
          <w:lang w:val="ru-RU"/>
        </w:rPr>
        <w:t>Костанайской</w:t>
      </w:r>
      <w:proofErr w:type="spellEnd"/>
      <w:r w:rsidRPr="002F5DF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области за период с 1 января 2024 года по 10 июня 2025 года</w:t>
      </w:r>
    </w:p>
    <w:p w:rsidR="002F5DFE" w:rsidRP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F5DFE" w:rsidRP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F5DFE" w:rsidRP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КГКП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Ясли-сад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№5»</w:t>
      </w:r>
      <w:r w:rsidRPr="002F5DFE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государственным дошкольным образовательным учреждением, оказывающим услуги в соответствии с законодательством Республики Казахстан в сфере образования.</w:t>
      </w:r>
    </w:p>
    <w:p w:rsidR="002F5DFE" w:rsidRP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5DFE">
        <w:rPr>
          <w:rFonts w:ascii="Times New Roman" w:hAnsi="Times New Roman" w:cs="Times New Roman"/>
          <w:sz w:val="28"/>
          <w:szCs w:val="28"/>
          <w:lang w:val="ru-RU"/>
        </w:rPr>
        <w:t>Период с 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января по 31 декабря 2024 года. </w:t>
      </w:r>
      <w:r w:rsidRPr="002F5DFE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proofErr w:type="spellStart"/>
      <w:r w:rsidRPr="002F5DFE">
        <w:rPr>
          <w:rFonts w:ascii="Times New Roman" w:hAnsi="Times New Roman" w:cs="Times New Roman"/>
          <w:sz w:val="28"/>
          <w:szCs w:val="28"/>
          <w:lang w:val="ru-RU"/>
        </w:rPr>
        <w:t>отчетный</w:t>
      </w:r>
      <w:proofErr w:type="spellEnd"/>
      <w:r w:rsidRPr="002F5DFE">
        <w:rPr>
          <w:rFonts w:ascii="Times New Roman" w:hAnsi="Times New Roman" w:cs="Times New Roman"/>
          <w:sz w:val="28"/>
          <w:szCs w:val="28"/>
          <w:lang w:val="ru-RU"/>
        </w:rPr>
        <w:t xml:space="preserve"> период 2024 года учреждением было ока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зано 81 государственная услуга. </w:t>
      </w:r>
      <w:r w:rsidRPr="002F5DFE">
        <w:rPr>
          <w:rFonts w:ascii="Times New Roman" w:hAnsi="Times New Roman" w:cs="Times New Roman"/>
          <w:sz w:val="28"/>
          <w:szCs w:val="28"/>
          <w:lang w:val="ru-RU"/>
        </w:rPr>
        <w:t>Все услуги предоставлялись в рамках действующих нормативных требований, в установ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ленные сроки и в полном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объеме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r w:rsidRPr="002F5DFE">
        <w:rPr>
          <w:rFonts w:ascii="Times New Roman" w:hAnsi="Times New Roman" w:cs="Times New Roman"/>
          <w:sz w:val="28"/>
          <w:szCs w:val="28"/>
          <w:lang w:val="ru-RU"/>
        </w:rPr>
        <w:t xml:space="preserve">Период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 1 января по 10 июня 2025 года. </w:t>
      </w:r>
      <w:r w:rsidRPr="002F5DFE">
        <w:rPr>
          <w:rFonts w:ascii="Times New Roman" w:hAnsi="Times New Roman" w:cs="Times New Roman"/>
          <w:sz w:val="28"/>
          <w:szCs w:val="28"/>
          <w:lang w:val="ru-RU"/>
        </w:rPr>
        <w:t>С начала 2025 года по 10 июня ок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азано 12 государственных услуг. </w:t>
      </w:r>
      <w:r w:rsidRPr="002F5DFE">
        <w:rPr>
          <w:rFonts w:ascii="Times New Roman" w:hAnsi="Times New Roman" w:cs="Times New Roman"/>
          <w:sz w:val="28"/>
          <w:szCs w:val="28"/>
          <w:lang w:val="ru-RU"/>
        </w:rPr>
        <w:t>Процесс предоставления государственных услуг осуществляется в соответствии с утверждёнными стандартами и регламентами, с соблюдением принципов открытос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ти, доступности и прозрачности.  </w:t>
      </w:r>
      <w:r w:rsidRPr="002F5DFE">
        <w:rPr>
          <w:rFonts w:ascii="Times New Roman" w:hAnsi="Times New Roman" w:cs="Times New Roman"/>
          <w:sz w:val="28"/>
          <w:szCs w:val="28"/>
          <w:lang w:val="ru-RU"/>
        </w:rPr>
        <w:t xml:space="preserve">Все оказанные государственные услуги были предоставлены своевременно и без нарушений. Жалобы и обращения по вопросам качества предоставления услуг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указанные периоды не поступали. </w:t>
      </w:r>
      <w:r w:rsidRPr="002F5DFE">
        <w:rPr>
          <w:rFonts w:ascii="Times New Roman" w:hAnsi="Times New Roman" w:cs="Times New Roman"/>
          <w:sz w:val="28"/>
          <w:szCs w:val="28"/>
          <w:lang w:val="ru-RU"/>
        </w:rPr>
        <w:t xml:space="preserve">Специалисты учреждения обеспечивают компетентное и доброжелательное взаимодействие с родителями (законными </w:t>
      </w:r>
      <w:r>
        <w:rPr>
          <w:rFonts w:ascii="Times New Roman" w:hAnsi="Times New Roman" w:cs="Times New Roman"/>
          <w:sz w:val="28"/>
          <w:szCs w:val="28"/>
          <w:lang w:val="ru-RU"/>
        </w:rPr>
        <w:t>представителями) воспитанников.</w:t>
      </w:r>
    </w:p>
    <w:p w:rsidR="002F5DFE" w:rsidRDefault="002F5DFE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КГКП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Ясли-сад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№5»</w:t>
      </w:r>
      <w:r w:rsidRPr="002F5DFE">
        <w:rPr>
          <w:rFonts w:ascii="Times New Roman" w:hAnsi="Times New Roman" w:cs="Times New Roman"/>
          <w:sz w:val="28"/>
          <w:szCs w:val="28"/>
          <w:lang w:val="ru-RU"/>
        </w:rPr>
        <w:t xml:space="preserve"> стабильно выполняет свою деятельность по оказанию государственных услуг в сфере дошкольного образования. Показатели по предоставленным услугам свидетельствуют о системной работе учреждения и соблюдении установленных требований.</w:t>
      </w: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Default="00351188" w:rsidP="002F5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188" w:rsidRPr="00351188" w:rsidRDefault="00351188" w:rsidP="00351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Қостанай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облысы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әкімдігі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білім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басқармасының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Рудный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қаласы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білім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бөлімінің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«№5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бөбекжайы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</w:t>
      </w:r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КМҚК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мекемесінде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2024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жылғы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proofErr w:type="gram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қаңтардан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2025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жылғы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10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маусым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аралығында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мемлекеттік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қызметтерді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көрсету</w:t>
      </w:r>
      <w:proofErr w:type="spellEnd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b/>
          <w:sz w:val="28"/>
          <w:szCs w:val="28"/>
          <w:lang w:val="ru-RU"/>
        </w:rPr>
        <w:t>туралы</w:t>
      </w:r>
      <w:proofErr w:type="spellEnd"/>
    </w:p>
    <w:p w:rsidR="00351188" w:rsidRDefault="00351188" w:rsidP="00351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24D78" w:rsidRPr="00351188" w:rsidRDefault="00E24D78" w:rsidP="00351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1188" w:rsidRPr="00351188" w:rsidRDefault="0035118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«№5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бөбекжайы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КМҚ</w:t>
      </w:r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End"/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Қазақстан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Республикасының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білім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беру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саласындағы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заңнамасына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сәйкес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қызмет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көрсететін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мектепке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дейінгі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білім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беру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ұйымы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51188" w:rsidRPr="00351188" w:rsidRDefault="0035118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2024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жылғы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1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қаңтардан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31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желтоқсанға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дейінгі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кезең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51188" w:rsidRPr="00351188" w:rsidRDefault="0035118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Есепті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кезең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ішінде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мекеме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тарапынан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81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қызмет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көрсетілді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Барлық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қызметтер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қолданыстағы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нормативтік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талаптарға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белгіленген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мерзімдерге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толық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көлемде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сәйкес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өрсетілді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51188" w:rsidRPr="00351188" w:rsidRDefault="0035118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2025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жылғы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1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қаңтардан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10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маусымға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дейінгі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кезең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51188" w:rsidRDefault="0035118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2025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жылдың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басынан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бастап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10 </w:t>
      </w:r>
      <w:proofErr w:type="spellStart"/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маусым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ға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дейін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12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қызмет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көрсетілді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қызметтерді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көрсету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процесі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бекітілген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стандарттар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мен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регламенттерге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сәйкес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жүзеге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асырылады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ашықтық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қолжетімділік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айқындық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қағид</w:t>
      </w:r>
      <w:r>
        <w:rPr>
          <w:rFonts w:ascii="Times New Roman" w:hAnsi="Times New Roman" w:cs="Times New Roman"/>
          <w:sz w:val="28"/>
          <w:szCs w:val="28"/>
          <w:lang w:val="ru-RU"/>
        </w:rPr>
        <w:t>аттары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сақталады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Көрсетілген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барлық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қызметтер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уа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қтылы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ешқандай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бұзушылықсыз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ұсынылды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Аталған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кезеңдерде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көрсетілетін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қызметтердің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сапасына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қатысты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шағ</w:t>
      </w:r>
      <w:r>
        <w:rPr>
          <w:rFonts w:ascii="Times New Roman" w:hAnsi="Times New Roman" w:cs="Times New Roman"/>
          <w:sz w:val="28"/>
          <w:szCs w:val="28"/>
          <w:lang w:val="ru-RU"/>
        </w:rPr>
        <w:t>ымдар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мен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өтініштер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түскен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жоқ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Мекеме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мамандары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ата-аналармен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заңды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өкілдермен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кәсіби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ә</w:t>
      </w:r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сыпайы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түрде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қарым-қатынас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орнатып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сапалы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қыз</w:t>
      </w:r>
      <w:r>
        <w:rPr>
          <w:rFonts w:ascii="Times New Roman" w:hAnsi="Times New Roman" w:cs="Times New Roman"/>
          <w:sz w:val="28"/>
          <w:szCs w:val="28"/>
          <w:lang w:val="ru-RU"/>
        </w:rPr>
        <w:t>мет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көрсетуді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қамтамасыз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етеді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«№5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бөбекжайы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КМҚК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мектепке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дейінгі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білім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беру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саласында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қызметтер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көрсету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бойынша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өз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қызметін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тұрақты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түрде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жүзеге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асырып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келеді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Көрсетілген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қызметтер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бойынша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көрсеткіштер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мекеменің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жүйелі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жұмысын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белгіленген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талаптардың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орындалуын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51188">
        <w:rPr>
          <w:rFonts w:ascii="Times New Roman" w:hAnsi="Times New Roman" w:cs="Times New Roman"/>
          <w:sz w:val="28"/>
          <w:szCs w:val="28"/>
          <w:lang w:val="ru-RU"/>
        </w:rPr>
        <w:t>ай</w:t>
      </w:r>
      <w:proofErr w:type="gramEnd"/>
      <w:r w:rsidRPr="00351188">
        <w:rPr>
          <w:rFonts w:ascii="Times New Roman" w:hAnsi="Times New Roman" w:cs="Times New Roman"/>
          <w:sz w:val="28"/>
          <w:szCs w:val="28"/>
          <w:lang w:val="ru-RU"/>
        </w:rPr>
        <w:t>ғақтайды</w:t>
      </w:r>
      <w:proofErr w:type="spellEnd"/>
      <w:r w:rsidRPr="0035118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24D78" w:rsidRDefault="00E24D7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351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E24D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916940</wp:posOffset>
            </wp:positionV>
            <wp:extent cx="4285312" cy="5695950"/>
            <wp:effectExtent l="0" t="0" r="1270" b="0"/>
            <wp:wrapNone/>
            <wp:docPr id="1" name="Рисунок 1" descr="C: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312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Информационный стенд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/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қпараттық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стенд</w:t>
      </w:r>
    </w:p>
    <w:p w:rsidR="00E24D78" w:rsidRDefault="00E24D78" w:rsidP="00E24D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E24D7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24D7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Фото 1 </w:t>
      </w: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E24D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E24D78">
      <w:pPr>
        <w:tabs>
          <w:tab w:val="left" w:pos="807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E24D78" w:rsidRDefault="00E24D78" w:rsidP="00E24D78">
      <w:pPr>
        <w:tabs>
          <w:tab w:val="left" w:pos="80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E24D78">
      <w:pPr>
        <w:tabs>
          <w:tab w:val="left" w:pos="80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Default="00E24D78" w:rsidP="00E24D78">
      <w:pPr>
        <w:tabs>
          <w:tab w:val="left" w:pos="80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24D78" w:rsidRPr="00AB15E7" w:rsidRDefault="00AB15E7" w:rsidP="00AB15E7">
      <w:pPr>
        <w:tabs>
          <w:tab w:val="left" w:pos="8070"/>
        </w:tabs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0A4E65C" wp14:editId="31264A96">
            <wp:simplePos x="0" y="0"/>
            <wp:positionH relativeFrom="column">
              <wp:posOffset>1756410</wp:posOffset>
            </wp:positionH>
            <wp:positionV relativeFrom="paragraph">
              <wp:posOffset>5536565</wp:posOffset>
            </wp:positionV>
            <wp:extent cx="2486660" cy="3314700"/>
            <wp:effectExtent l="0" t="0" r="8890" b="0"/>
            <wp:wrapNone/>
            <wp:docPr id="5" name="Рисунок 5" descr="C:\Desktop\Наталья Октябревна\Гугл диск\1. Обеспечение доступности качественного образования\1.2 Открытость организации образования\d5139037-ff9e-4186-bafc-3d279a0df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Наталья Октябревна\Гугл диск\1. Обеспечение доступности качественного образования\1.2 Открытость организации образования\d5139037-ff9e-4186-bafc-3d279a0df79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1" locked="0" layoutInCell="1" allowOverlap="1" wp14:anchorId="2148084F" wp14:editId="63737D90">
            <wp:simplePos x="0" y="0"/>
            <wp:positionH relativeFrom="column">
              <wp:posOffset>4277995</wp:posOffset>
            </wp:positionH>
            <wp:positionV relativeFrom="paragraph">
              <wp:posOffset>4517390</wp:posOffset>
            </wp:positionV>
            <wp:extent cx="2459491" cy="3276600"/>
            <wp:effectExtent l="0" t="0" r="0" b="0"/>
            <wp:wrapNone/>
            <wp:docPr id="7" name="Рисунок 7" descr="C:\Desktop\Наталья Октябревна\Гугл диск\1. Обеспечение доступности качественного образования\1.2 Открытость организации образования\6cf92e3c-62b7-419e-9209-b0722e221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Наталья Октябревна\Гугл диск\1. Обеспечение доступности качественного образования\1.2 Открытость организации образования\6cf92e3c-62b7-419e-9209-b0722e221dd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91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75D8E898" wp14:editId="1D6017F7">
            <wp:simplePos x="0" y="0"/>
            <wp:positionH relativeFrom="column">
              <wp:posOffset>-530225</wp:posOffset>
            </wp:positionH>
            <wp:positionV relativeFrom="paragraph">
              <wp:posOffset>4650740</wp:posOffset>
            </wp:positionV>
            <wp:extent cx="2286000" cy="3046095"/>
            <wp:effectExtent l="0" t="0" r="0" b="1905"/>
            <wp:wrapNone/>
            <wp:docPr id="6" name="Рисунок 6" descr="C:\Desktop\Наталья Октябревна\Гугл диск\1. Обеспечение доступности качественного образования\1.2 Открытость организации образования\72ce3e7b-d79a-4e65-ad38-3b1b637b1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\Наталья Октябревна\Гугл диск\1. Обеспечение доступности качественного образования\1.2 Открытость организации образования\72ce3e7b-d79a-4e65-ad38-3b1b637b12c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7442F2A8" wp14:editId="4763FEA8">
            <wp:simplePos x="0" y="0"/>
            <wp:positionH relativeFrom="column">
              <wp:posOffset>4280535</wp:posOffset>
            </wp:positionH>
            <wp:positionV relativeFrom="paragraph">
              <wp:posOffset>1212215</wp:posOffset>
            </wp:positionV>
            <wp:extent cx="2372995" cy="3162300"/>
            <wp:effectExtent l="0" t="0" r="8255" b="0"/>
            <wp:wrapNone/>
            <wp:docPr id="4" name="Рисунок 4" descr="C:\Desktop\Наталья Октябревна\Гугл диск\1. Обеспечение доступности качественного образования\1.2 Открытость организации образования\cb09ff8a-14da-429c-9781-ab64b027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Наталья Октябревна\Гугл диск\1. Обеспечение доступности качественного образования\1.2 Открытость организации образования\cb09ff8a-14da-429c-9781-ab64b02701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74386BDB" wp14:editId="338EA7B2">
            <wp:simplePos x="0" y="0"/>
            <wp:positionH relativeFrom="column">
              <wp:posOffset>1823085</wp:posOffset>
            </wp:positionH>
            <wp:positionV relativeFrom="paragraph">
              <wp:posOffset>363855</wp:posOffset>
            </wp:positionV>
            <wp:extent cx="2457450" cy="3093720"/>
            <wp:effectExtent l="0" t="0" r="0" b="0"/>
            <wp:wrapNone/>
            <wp:docPr id="3" name="Рисунок 3" descr="C:\Desktop\Наталья Октябревна\Гугл диск\1. Обеспечение доступности качественного образования\1.2 Открытость организации образования\6afff22b-7423-4408-925d-871bc01a1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Наталья Октябревна\Гугл диск\1. Обеспечение доступности качественного образования\1.2 Открытость организации образования\6afff22b-7423-4408-925d-871bc01a1da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02C42A50" wp14:editId="3A97FFF3">
            <wp:simplePos x="0" y="0"/>
            <wp:positionH relativeFrom="column">
              <wp:posOffset>-462915</wp:posOffset>
            </wp:positionH>
            <wp:positionV relativeFrom="paragraph">
              <wp:posOffset>1212215</wp:posOffset>
            </wp:positionV>
            <wp:extent cx="2287270" cy="3048000"/>
            <wp:effectExtent l="0" t="0" r="0" b="0"/>
            <wp:wrapNone/>
            <wp:docPr id="2" name="Рисунок 2" descr="C:\Desktop\Наталья Октябревна\Гугл диск\1. Обеспечение доступности качественного образования\1.2 Открытость организации образования\0e6c562a-ab47-41d3-affd-12aba9d72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Наталья Октябревна\Гугл диск\1. Обеспечение доступности качественного образования\1.2 Открытость организации образования\0e6c562a-ab47-41d3-affd-12aba9d721b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Без барьерная среда для лиц с ограниченными возможностями        </w:t>
      </w:r>
      <w:bookmarkStart w:id="0" w:name="_GoBack"/>
      <w:bookmarkEnd w:id="0"/>
      <w:proofErr w:type="spellStart"/>
      <w:r w:rsidRPr="00AB15E7">
        <w:rPr>
          <w:rFonts w:ascii="Times New Roman" w:hAnsi="Times New Roman" w:cs="Times New Roman"/>
          <w:i/>
          <w:sz w:val="28"/>
          <w:szCs w:val="28"/>
          <w:lang w:val="ru-RU"/>
        </w:rPr>
        <w:t>Фото</w:t>
      </w:r>
      <w:proofErr w:type="gramStart"/>
      <w:r w:rsidRPr="00AB15E7">
        <w:rPr>
          <w:rFonts w:ascii="Times New Roman" w:hAnsi="Times New Roman" w:cs="Times New Roman"/>
          <w:i/>
          <w:sz w:val="28"/>
          <w:szCs w:val="28"/>
          <w:lang w:val="ru-RU"/>
        </w:rPr>
        <w:t>2</w:t>
      </w:r>
      <w:proofErr w:type="spellEnd"/>
      <w:proofErr w:type="gramEnd"/>
    </w:p>
    <w:sectPr w:rsidR="00E24D78" w:rsidRPr="00AB15E7" w:rsidSect="000A477C">
      <w:pgSz w:w="12240" w:h="15840"/>
      <w:pgMar w:top="851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9E8" w:rsidRDefault="00ED19E8" w:rsidP="00AB15E7">
      <w:pPr>
        <w:spacing w:after="0" w:line="240" w:lineRule="auto"/>
      </w:pPr>
      <w:r>
        <w:separator/>
      </w:r>
    </w:p>
  </w:endnote>
  <w:endnote w:type="continuationSeparator" w:id="0">
    <w:p w:rsidR="00ED19E8" w:rsidRDefault="00ED19E8" w:rsidP="00AB1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9E8" w:rsidRDefault="00ED19E8" w:rsidP="00AB15E7">
      <w:pPr>
        <w:spacing w:after="0" w:line="240" w:lineRule="auto"/>
      </w:pPr>
      <w:r>
        <w:separator/>
      </w:r>
    </w:p>
  </w:footnote>
  <w:footnote w:type="continuationSeparator" w:id="0">
    <w:p w:rsidR="00ED19E8" w:rsidRDefault="00ED19E8" w:rsidP="00AB15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A477C"/>
    <w:rsid w:val="00110471"/>
    <w:rsid w:val="00141D68"/>
    <w:rsid w:val="0015074B"/>
    <w:rsid w:val="001A747F"/>
    <w:rsid w:val="0029639D"/>
    <w:rsid w:val="002F5DFE"/>
    <w:rsid w:val="00326F90"/>
    <w:rsid w:val="00351188"/>
    <w:rsid w:val="00386F0F"/>
    <w:rsid w:val="00450B8C"/>
    <w:rsid w:val="004C0B51"/>
    <w:rsid w:val="006B62AB"/>
    <w:rsid w:val="00AA1D8D"/>
    <w:rsid w:val="00AB15E7"/>
    <w:rsid w:val="00B157B2"/>
    <w:rsid w:val="00B47730"/>
    <w:rsid w:val="00BA4C95"/>
    <w:rsid w:val="00CB0664"/>
    <w:rsid w:val="00E24D78"/>
    <w:rsid w:val="00ED19E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110471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E24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E24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110471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E24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E24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sad5-rud-edu.kz/ru/232131.htm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sad5-rud-edu.kz/ru/232131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91D21E-53EF-4B73-AB87-035A0D529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1941</Words>
  <Characters>11069</Characters>
  <Application>Microsoft Office Word</Application>
  <DocSecurity>0</DocSecurity>
  <Lines>92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12985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Пользователь</cp:lastModifiedBy>
  <cp:revision>4</cp:revision>
  <dcterms:created xsi:type="dcterms:W3CDTF">2025-06-04T08:13:00Z</dcterms:created>
  <dcterms:modified xsi:type="dcterms:W3CDTF">2025-06-04T09:03:00Z</dcterms:modified>
</cp:coreProperties>
</file>